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F4EF3" w14:textId="0A6C6E56" w:rsidR="00E8794E" w:rsidRPr="0047609F" w:rsidRDefault="0075435B" w:rsidP="00AD08A3">
      <w:pPr>
        <w:tabs>
          <w:tab w:val="left" w:pos="5670"/>
        </w:tabs>
        <w:spacing w:line="240" w:lineRule="auto"/>
        <w:contextualSpacing/>
        <w:rPr>
          <w:lang w:val="ru-RU"/>
        </w:rPr>
      </w:pPr>
      <w:r>
        <w:tab/>
      </w:r>
    </w:p>
    <w:p w14:paraId="137494A6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b/>
          <w:szCs w:val="30"/>
          <w:lang w:val="ru-RU"/>
        </w:rPr>
        <w:t>Положение</w:t>
      </w:r>
    </w:p>
    <w:p w14:paraId="7A776C02" w14:textId="5AC9175E" w:rsidR="00E8794E" w:rsidRPr="00AD08A3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b/>
          <w:bCs/>
          <w:szCs w:val="30"/>
          <w:lang w:val="ru-RU"/>
        </w:rPr>
      </w:pPr>
      <w:r w:rsidRPr="00AD08A3">
        <w:rPr>
          <w:rFonts w:cs="Times New Roman"/>
          <w:b/>
          <w:bCs/>
          <w:szCs w:val="30"/>
          <w:lang w:val="ru-RU"/>
        </w:rPr>
        <w:t>районного молодежного конкурса видео</w:t>
      </w:r>
      <w:r w:rsidR="0047609F" w:rsidRPr="00AD08A3">
        <w:rPr>
          <w:rFonts w:cs="Times New Roman"/>
          <w:b/>
          <w:bCs/>
          <w:szCs w:val="30"/>
          <w:lang w:val="ru-RU"/>
        </w:rPr>
        <w:t>роликов</w:t>
      </w:r>
    </w:p>
    <w:p w14:paraId="52778269" w14:textId="77777777" w:rsidR="00E8794E" w:rsidRPr="00AD08A3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b/>
          <w:bCs/>
          <w:szCs w:val="30"/>
          <w:lang w:val="ru-RU"/>
        </w:rPr>
      </w:pPr>
      <w:r w:rsidRPr="00AD08A3">
        <w:rPr>
          <w:rFonts w:cs="Times New Roman"/>
          <w:b/>
          <w:bCs/>
          <w:szCs w:val="30"/>
          <w:lang w:val="ru-RU"/>
        </w:rPr>
        <w:t>«17 секунд о главном»</w:t>
      </w:r>
    </w:p>
    <w:p w14:paraId="4DD2CF62" w14:textId="77777777" w:rsidR="00E8794E" w:rsidRPr="00AD08A3" w:rsidRDefault="00E8794E" w:rsidP="0047609F">
      <w:pPr>
        <w:spacing w:line="240" w:lineRule="auto"/>
        <w:ind w:firstLine="720"/>
        <w:contextualSpacing/>
        <w:jc w:val="center"/>
        <w:rPr>
          <w:rFonts w:cs="Times New Roman"/>
          <w:b/>
          <w:bCs/>
          <w:szCs w:val="30"/>
          <w:lang w:val="ru-RU"/>
        </w:rPr>
      </w:pPr>
    </w:p>
    <w:p w14:paraId="2B6AC941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ОБЩИЕ ПОЛОЖЕНИЯ</w:t>
      </w:r>
    </w:p>
    <w:p w14:paraId="3AB7969C" w14:textId="76E54129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Настоящее Положение регламентирует порядок организации </w:t>
      </w:r>
      <w:r w:rsidRPr="0075435B">
        <w:rPr>
          <w:rFonts w:cs="Times New Roman"/>
          <w:szCs w:val="30"/>
          <w:lang w:val="ru-RU"/>
        </w:rPr>
        <w:t xml:space="preserve">                 </w:t>
      </w:r>
      <w:r w:rsidRPr="0047609F">
        <w:rPr>
          <w:rFonts w:cs="Times New Roman"/>
          <w:szCs w:val="30"/>
          <w:lang w:val="ru-RU"/>
        </w:rPr>
        <w:t>и проведения районного молодежного конкурса видео</w:t>
      </w:r>
      <w:r w:rsidR="0047609F">
        <w:rPr>
          <w:rFonts w:cs="Times New Roman"/>
          <w:szCs w:val="30"/>
          <w:lang w:val="ru-RU"/>
        </w:rPr>
        <w:t>роликов</w:t>
      </w:r>
      <w:r w:rsidRPr="0047609F">
        <w:rPr>
          <w:rFonts w:cs="Times New Roman"/>
          <w:szCs w:val="30"/>
          <w:lang w:val="ru-RU"/>
        </w:rPr>
        <w:t xml:space="preserve"> </w:t>
      </w:r>
      <w:r w:rsidRPr="0075435B">
        <w:rPr>
          <w:rFonts w:cs="Times New Roman"/>
          <w:szCs w:val="30"/>
          <w:lang w:val="ru-RU"/>
        </w:rPr>
        <w:t xml:space="preserve">                </w:t>
      </w:r>
      <w:proofErr w:type="gramStart"/>
      <w:r w:rsidRPr="0075435B">
        <w:rPr>
          <w:rFonts w:cs="Times New Roman"/>
          <w:szCs w:val="30"/>
          <w:lang w:val="ru-RU"/>
        </w:rPr>
        <w:t xml:space="preserve">   </w:t>
      </w:r>
      <w:r w:rsidRPr="0047609F">
        <w:rPr>
          <w:rFonts w:cs="Times New Roman"/>
          <w:szCs w:val="30"/>
          <w:lang w:val="ru-RU"/>
        </w:rPr>
        <w:t>«</w:t>
      </w:r>
      <w:proofErr w:type="gramEnd"/>
      <w:r w:rsidRPr="0047609F">
        <w:rPr>
          <w:rFonts w:cs="Times New Roman"/>
          <w:szCs w:val="30"/>
          <w:lang w:val="ru-RU"/>
        </w:rPr>
        <w:t>17 секунд о главном» (далее – Конкурс), цели и задачи Конкурса, состав участников, номинации, порядок предоставления работ, критерии их оценки и порядок награждения победителей.</w:t>
      </w:r>
    </w:p>
    <w:p w14:paraId="3019A9E7" w14:textId="673A580C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Конкурс проводится с </w:t>
      </w:r>
      <w:r w:rsidR="00335BDF">
        <w:rPr>
          <w:rFonts w:cs="Times New Roman"/>
          <w:szCs w:val="30"/>
          <w:lang w:val="ru-RU"/>
        </w:rPr>
        <w:t>7</w:t>
      </w:r>
      <w:r w:rsidRPr="0047609F">
        <w:rPr>
          <w:rFonts w:cs="Times New Roman"/>
          <w:szCs w:val="30"/>
          <w:lang w:val="ru-RU"/>
        </w:rPr>
        <w:t xml:space="preserve"> по </w:t>
      </w:r>
      <w:r w:rsidR="0047609F">
        <w:rPr>
          <w:rFonts w:cs="Times New Roman"/>
          <w:szCs w:val="30"/>
          <w:lang w:val="ru-RU"/>
        </w:rPr>
        <w:t>1</w:t>
      </w:r>
      <w:r w:rsidR="00335BDF">
        <w:rPr>
          <w:rFonts w:cs="Times New Roman"/>
          <w:szCs w:val="30"/>
          <w:lang w:val="ru-RU"/>
        </w:rPr>
        <w:t>7</w:t>
      </w:r>
      <w:r w:rsidRPr="0047609F">
        <w:rPr>
          <w:rFonts w:cs="Times New Roman"/>
          <w:szCs w:val="30"/>
          <w:lang w:val="ru-RU"/>
        </w:rPr>
        <w:t xml:space="preserve"> сентября 2026 года на территории Мядельского района.</w:t>
      </w:r>
    </w:p>
    <w:p w14:paraId="6397C47A" w14:textId="78E898DC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Организаторами Конкурса являются: Мядельский районный исполнительный комитет, отдел идеологической работы и по делам молодежи Мядельского райисполкома</w:t>
      </w:r>
      <w:r w:rsidR="000749EF">
        <w:rPr>
          <w:rFonts w:cs="Times New Roman"/>
          <w:szCs w:val="30"/>
          <w:lang w:val="ru-RU"/>
        </w:rPr>
        <w:t xml:space="preserve"> и Мядельское районное отделение </w:t>
      </w:r>
      <w:r w:rsidR="000749EF" w:rsidRPr="000749EF">
        <w:rPr>
          <w:rFonts w:cs="Times New Roman"/>
          <w:szCs w:val="30"/>
          <w:lang w:val="ru-RU"/>
        </w:rPr>
        <w:t>Белорусск</w:t>
      </w:r>
      <w:r w:rsidR="000749EF">
        <w:rPr>
          <w:rFonts w:cs="Times New Roman"/>
          <w:szCs w:val="30"/>
          <w:lang w:val="ru-RU"/>
        </w:rPr>
        <w:t>ой</w:t>
      </w:r>
      <w:r w:rsidR="000749EF" w:rsidRPr="000749EF">
        <w:rPr>
          <w:rFonts w:cs="Times New Roman"/>
          <w:szCs w:val="30"/>
          <w:lang w:val="ru-RU"/>
        </w:rPr>
        <w:t xml:space="preserve"> парти</w:t>
      </w:r>
      <w:r w:rsidR="000749EF">
        <w:rPr>
          <w:rFonts w:cs="Times New Roman"/>
          <w:szCs w:val="30"/>
          <w:lang w:val="ru-RU"/>
        </w:rPr>
        <w:t>и</w:t>
      </w:r>
      <w:r w:rsidR="000749EF" w:rsidRPr="000749EF">
        <w:rPr>
          <w:rFonts w:cs="Times New Roman"/>
          <w:szCs w:val="30"/>
          <w:lang w:val="ru-RU"/>
        </w:rPr>
        <w:t xml:space="preserve"> </w:t>
      </w:r>
      <w:r w:rsidR="000749EF">
        <w:rPr>
          <w:rFonts w:cs="Times New Roman"/>
          <w:szCs w:val="30"/>
          <w:lang w:val="ru-RU"/>
        </w:rPr>
        <w:t>«</w:t>
      </w:r>
      <w:r w:rsidR="000749EF" w:rsidRPr="000749EF">
        <w:rPr>
          <w:rFonts w:cs="Times New Roman"/>
          <w:szCs w:val="30"/>
          <w:lang w:val="ru-RU"/>
        </w:rPr>
        <w:t>Белая Русь</w:t>
      </w:r>
      <w:r w:rsidR="000749EF">
        <w:rPr>
          <w:rFonts w:cs="Times New Roman"/>
          <w:szCs w:val="30"/>
          <w:lang w:val="ru-RU"/>
        </w:rPr>
        <w:t>».</w:t>
      </w:r>
    </w:p>
    <w:p w14:paraId="13AC169F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4BEC99B1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ЦЕЛИ И ЗАДАЧИ КОНКУРСА</w:t>
      </w:r>
    </w:p>
    <w:p w14:paraId="4ED10387" w14:textId="22949720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1. Конкурс проводится с целью развития гражданской активности и творческого потенциала молодежи, укрепления</w:t>
      </w:r>
      <w:r w:rsidR="00C10275">
        <w:rPr>
          <w:rFonts w:cs="Times New Roman"/>
          <w:szCs w:val="30"/>
          <w:lang w:val="ru-RU"/>
        </w:rPr>
        <w:t xml:space="preserve"> у жителей Мядельского района</w:t>
      </w:r>
      <w:r w:rsidRPr="0047609F">
        <w:rPr>
          <w:rFonts w:cs="Times New Roman"/>
          <w:szCs w:val="30"/>
          <w:lang w:val="ru-RU"/>
        </w:rPr>
        <w:t xml:space="preserve"> чувства единства и </w:t>
      </w:r>
      <w:r w:rsidR="00C10275" w:rsidRPr="00C10275">
        <w:rPr>
          <w:rFonts w:cs="Times New Roman"/>
          <w:szCs w:val="30"/>
          <w:lang w:val="ru-RU"/>
        </w:rPr>
        <w:t xml:space="preserve">причастности к жизни </w:t>
      </w:r>
      <w:r w:rsidRPr="0075435B">
        <w:rPr>
          <w:rFonts w:cs="Times New Roman"/>
          <w:szCs w:val="30"/>
          <w:lang w:val="ru-RU"/>
        </w:rPr>
        <w:t xml:space="preserve">                      </w:t>
      </w:r>
      <w:r w:rsidR="00C10275" w:rsidRPr="00C10275">
        <w:rPr>
          <w:rFonts w:cs="Times New Roman"/>
          <w:szCs w:val="30"/>
          <w:lang w:val="ru-RU"/>
        </w:rPr>
        <w:t>и развитию района</w:t>
      </w:r>
      <w:r w:rsidR="00C10275">
        <w:rPr>
          <w:rFonts w:cs="Times New Roman"/>
          <w:szCs w:val="30"/>
          <w:lang w:val="ru-RU"/>
        </w:rPr>
        <w:t>.</w:t>
      </w:r>
    </w:p>
    <w:p w14:paraId="43811EEB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2. Задачи Конкурса:</w:t>
      </w:r>
    </w:p>
    <w:p w14:paraId="4B8C0525" w14:textId="02B5904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формирование позитивного образа Мядельского района через истории его жителей;</w:t>
      </w:r>
    </w:p>
    <w:p w14:paraId="55AE4C3C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выявление и поддержка творчески одаренной молодежи, владеющей навыками создания видеоконтента;</w:t>
      </w:r>
    </w:p>
    <w:p w14:paraId="1AAF73F0" w14:textId="4C2D3B43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популяризация культурных, исторических и природных ценностей Мядель</w:t>
      </w:r>
      <w:r w:rsidR="0047609F">
        <w:rPr>
          <w:rFonts w:cs="Times New Roman"/>
          <w:szCs w:val="30"/>
          <w:lang w:val="ru-RU"/>
        </w:rPr>
        <w:t>ского района</w:t>
      </w:r>
      <w:r w:rsidRPr="0047609F">
        <w:rPr>
          <w:rFonts w:cs="Times New Roman"/>
          <w:szCs w:val="30"/>
          <w:lang w:val="ru-RU"/>
        </w:rPr>
        <w:t xml:space="preserve"> в социальных сетях;</w:t>
      </w:r>
    </w:p>
    <w:p w14:paraId="57FF855E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содействие </w:t>
      </w:r>
      <w:proofErr w:type="spellStart"/>
      <w:r w:rsidRPr="0047609F">
        <w:rPr>
          <w:rFonts w:cs="Times New Roman"/>
          <w:szCs w:val="30"/>
          <w:lang w:val="ru-RU"/>
        </w:rPr>
        <w:t>межпоколенческой</w:t>
      </w:r>
      <w:proofErr w:type="spellEnd"/>
      <w:r w:rsidRPr="0047609F">
        <w:rPr>
          <w:rFonts w:cs="Times New Roman"/>
          <w:szCs w:val="30"/>
          <w:lang w:val="ru-RU"/>
        </w:rPr>
        <w:t xml:space="preserve"> преемственности и укреплению семейных традиций;</w:t>
      </w:r>
    </w:p>
    <w:p w14:paraId="00AC566C" w14:textId="7193661C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развитие интереса молодежи к созданию качественного видеоконтента.</w:t>
      </w:r>
    </w:p>
    <w:p w14:paraId="165F5998" w14:textId="77777777" w:rsidR="00C10275" w:rsidRPr="00335BDF" w:rsidRDefault="00C10275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297BA940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УЧАСТНИКИ КОНКУРСА</w:t>
      </w:r>
    </w:p>
    <w:p w14:paraId="0818CE26" w14:textId="08E0191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Для участия в Конкурсе приглашаются учащиеся</w:t>
      </w:r>
      <w:r w:rsidR="00C10275">
        <w:rPr>
          <w:rFonts w:cs="Times New Roman"/>
          <w:szCs w:val="30"/>
          <w:lang w:val="ru-RU"/>
        </w:rPr>
        <w:t xml:space="preserve"> учреждений общего среднего образования</w:t>
      </w:r>
      <w:r w:rsidRPr="0047609F">
        <w:rPr>
          <w:rFonts w:cs="Times New Roman"/>
          <w:szCs w:val="30"/>
          <w:lang w:val="ru-RU"/>
        </w:rPr>
        <w:t>, студенты</w:t>
      </w:r>
      <w:r w:rsidR="00C10275">
        <w:rPr>
          <w:rFonts w:cs="Times New Roman"/>
          <w:szCs w:val="30"/>
          <w:lang w:val="ru-RU"/>
        </w:rPr>
        <w:t xml:space="preserve"> и</w:t>
      </w:r>
      <w:r w:rsidRPr="0047609F">
        <w:rPr>
          <w:rFonts w:cs="Times New Roman"/>
          <w:szCs w:val="30"/>
          <w:lang w:val="ru-RU"/>
        </w:rPr>
        <w:t xml:space="preserve"> работающая молодежь </w:t>
      </w:r>
      <w:r w:rsidR="00C10275">
        <w:rPr>
          <w:rFonts w:cs="Times New Roman"/>
          <w:szCs w:val="30"/>
          <w:lang w:val="ru-RU"/>
        </w:rPr>
        <w:t xml:space="preserve">                    </w:t>
      </w:r>
      <w:r w:rsidRPr="0047609F">
        <w:rPr>
          <w:rFonts w:cs="Times New Roman"/>
          <w:szCs w:val="30"/>
          <w:lang w:val="ru-RU"/>
        </w:rPr>
        <w:t xml:space="preserve">в возрасте от 14 до 31 года, проживающие, обучающиеся </w:t>
      </w:r>
      <w:r w:rsidRPr="0075435B">
        <w:rPr>
          <w:rFonts w:cs="Times New Roman"/>
          <w:szCs w:val="30"/>
          <w:lang w:val="ru-RU"/>
        </w:rPr>
        <w:t xml:space="preserve">                            </w:t>
      </w:r>
      <w:r w:rsidRPr="0047609F">
        <w:rPr>
          <w:rFonts w:cs="Times New Roman"/>
          <w:szCs w:val="30"/>
          <w:lang w:val="ru-RU"/>
        </w:rPr>
        <w:t>или работающие на территории Мядельского района.</w:t>
      </w:r>
    </w:p>
    <w:p w14:paraId="3AA94FBD" w14:textId="0D11C22C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Участие в Конкурсе может быть индивидуальным </w:t>
      </w:r>
      <w:r w:rsidRPr="0075435B">
        <w:rPr>
          <w:rFonts w:cs="Times New Roman"/>
          <w:szCs w:val="30"/>
          <w:lang w:val="ru-RU"/>
        </w:rPr>
        <w:t xml:space="preserve">                            </w:t>
      </w:r>
      <w:r w:rsidRPr="0047609F">
        <w:rPr>
          <w:rFonts w:cs="Times New Roman"/>
          <w:szCs w:val="30"/>
          <w:lang w:val="ru-RU"/>
        </w:rPr>
        <w:t>либо командным (команда – не более 3 человек).</w:t>
      </w:r>
    </w:p>
    <w:p w14:paraId="0C64C787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Один участник (команда) может представить на Конкурс не более одной работы в каждой номинации.</w:t>
      </w:r>
    </w:p>
    <w:p w14:paraId="11472C8F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72852B5C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НОМИНАЦИИ КОНКУРСА</w:t>
      </w:r>
    </w:p>
    <w:p w14:paraId="79DD5836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Конкурс проводится по следующим номинациям:</w:t>
      </w:r>
    </w:p>
    <w:p w14:paraId="3B8E101F" w14:textId="06E14A6A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«Самая искренняя история» – </w:t>
      </w:r>
      <w:r w:rsidR="00C10275" w:rsidRPr="00C10275">
        <w:rPr>
          <w:rFonts w:cs="Times New Roman"/>
          <w:szCs w:val="30"/>
          <w:lang w:val="ru-RU"/>
        </w:rPr>
        <w:t>личный рассказ, отражающий значимые события, чувства и переживания, способный вызвать эмоциональный отклик у аудитории</w:t>
      </w:r>
      <w:r w:rsidRPr="0047609F">
        <w:rPr>
          <w:rFonts w:cs="Times New Roman"/>
          <w:szCs w:val="30"/>
          <w:lang w:val="ru-RU"/>
        </w:rPr>
        <w:t>;</w:t>
      </w:r>
    </w:p>
    <w:p w14:paraId="540D3C85" w14:textId="2B4E4B73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«Лучший кадр </w:t>
      </w:r>
      <w:proofErr w:type="spellStart"/>
      <w:r w:rsidRPr="0047609F">
        <w:rPr>
          <w:rFonts w:cs="Times New Roman"/>
          <w:szCs w:val="30"/>
          <w:lang w:val="ru-RU"/>
        </w:rPr>
        <w:t>Мядельщины</w:t>
      </w:r>
      <w:proofErr w:type="spellEnd"/>
      <w:r w:rsidRPr="0047609F">
        <w:rPr>
          <w:rFonts w:cs="Times New Roman"/>
          <w:szCs w:val="30"/>
          <w:lang w:val="ru-RU"/>
        </w:rPr>
        <w:t xml:space="preserve">» – </w:t>
      </w:r>
      <w:r w:rsidR="005B082F">
        <w:rPr>
          <w:rFonts w:cs="Times New Roman"/>
          <w:szCs w:val="30"/>
          <w:lang w:val="ru-RU"/>
        </w:rPr>
        <w:t xml:space="preserve">видеоролик, </w:t>
      </w:r>
      <w:r w:rsidR="005B082F" w:rsidRPr="005B082F">
        <w:rPr>
          <w:rFonts w:cs="Times New Roman"/>
          <w:szCs w:val="30"/>
          <w:lang w:val="ru-RU"/>
        </w:rPr>
        <w:t>представляющий красоту, самобытность и уникальную атмосферу Мядельского района</w:t>
      </w:r>
      <w:r w:rsidRPr="0047609F">
        <w:rPr>
          <w:rFonts w:cs="Times New Roman"/>
          <w:szCs w:val="30"/>
          <w:lang w:val="ru-RU"/>
        </w:rPr>
        <w:t>;</w:t>
      </w:r>
    </w:p>
    <w:p w14:paraId="1AD78A31" w14:textId="109C5F49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«Семейная преемственность» – </w:t>
      </w:r>
      <w:r w:rsidR="005B082F" w:rsidRPr="005B082F">
        <w:rPr>
          <w:rFonts w:cs="Times New Roman"/>
          <w:szCs w:val="30"/>
          <w:lang w:val="ru-RU"/>
        </w:rPr>
        <w:t>материалы, посвящ</w:t>
      </w:r>
      <w:r w:rsidR="005B082F">
        <w:rPr>
          <w:rFonts w:cs="Times New Roman"/>
          <w:szCs w:val="30"/>
          <w:lang w:val="ru-RU"/>
        </w:rPr>
        <w:t>е</w:t>
      </w:r>
      <w:r w:rsidR="005B082F" w:rsidRPr="005B082F">
        <w:rPr>
          <w:rFonts w:cs="Times New Roman"/>
          <w:szCs w:val="30"/>
          <w:lang w:val="ru-RU"/>
        </w:rPr>
        <w:t xml:space="preserve">нные сохранению и передаче семейных традиций, жизненных ценностей </w:t>
      </w:r>
      <w:r w:rsidRPr="0075435B">
        <w:rPr>
          <w:rFonts w:cs="Times New Roman"/>
          <w:szCs w:val="30"/>
          <w:lang w:val="ru-RU"/>
        </w:rPr>
        <w:t xml:space="preserve">               </w:t>
      </w:r>
      <w:r w:rsidR="005B082F" w:rsidRPr="005B082F">
        <w:rPr>
          <w:rFonts w:cs="Times New Roman"/>
          <w:szCs w:val="30"/>
          <w:lang w:val="ru-RU"/>
        </w:rPr>
        <w:t>и памяти от старшего поколения молодому</w:t>
      </w:r>
      <w:r w:rsidRPr="0047609F">
        <w:rPr>
          <w:rFonts w:cs="Times New Roman"/>
          <w:szCs w:val="30"/>
          <w:lang w:val="ru-RU"/>
        </w:rPr>
        <w:t>;</w:t>
      </w:r>
    </w:p>
    <w:p w14:paraId="59DD4567" w14:textId="106FD400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«Голос молод</w:t>
      </w:r>
      <w:r w:rsidR="005B082F">
        <w:rPr>
          <w:rFonts w:cs="Times New Roman"/>
          <w:szCs w:val="30"/>
          <w:lang w:val="ru-RU"/>
        </w:rPr>
        <w:t>е</w:t>
      </w:r>
      <w:r w:rsidRPr="0047609F">
        <w:rPr>
          <w:rFonts w:cs="Times New Roman"/>
          <w:szCs w:val="30"/>
          <w:lang w:val="ru-RU"/>
        </w:rPr>
        <w:t xml:space="preserve">жи» – </w:t>
      </w:r>
      <w:r w:rsidR="005B082F" w:rsidRPr="005B082F">
        <w:rPr>
          <w:rFonts w:cs="Times New Roman"/>
          <w:szCs w:val="30"/>
          <w:lang w:val="ru-RU"/>
        </w:rPr>
        <w:t>творческ</w:t>
      </w:r>
      <w:r w:rsidR="005B082F">
        <w:rPr>
          <w:rFonts w:cs="Times New Roman"/>
          <w:szCs w:val="30"/>
          <w:lang w:val="ru-RU"/>
        </w:rPr>
        <w:t>ая</w:t>
      </w:r>
      <w:r w:rsidR="005B082F" w:rsidRPr="005B082F">
        <w:rPr>
          <w:rFonts w:cs="Times New Roman"/>
          <w:szCs w:val="30"/>
          <w:lang w:val="ru-RU"/>
        </w:rPr>
        <w:t xml:space="preserve"> работ</w:t>
      </w:r>
      <w:r w:rsidR="005B082F">
        <w:rPr>
          <w:rFonts w:cs="Times New Roman"/>
          <w:szCs w:val="30"/>
          <w:lang w:val="ru-RU"/>
        </w:rPr>
        <w:t>а</w:t>
      </w:r>
      <w:r w:rsidR="005B082F" w:rsidRPr="005B082F">
        <w:rPr>
          <w:rFonts w:cs="Times New Roman"/>
          <w:szCs w:val="30"/>
          <w:lang w:val="ru-RU"/>
        </w:rPr>
        <w:t>, отражающ</w:t>
      </w:r>
      <w:r w:rsidR="005B082F">
        <w:rPr>
          <w:rFonts w:cs="Times New Roman"/>
          <w:szCs w:val="30"/>
          <w:lang w:val="ru-RU"/>
        </w:rPr>
        <w:t>ая</w:t>
      </w:r>
      <w:r w:rsidR="005B082F" w:rsidRPr="005B082F">
        <w:rPr>
          <w:rFonts w:cs="Times New Roman"/>
          <w:szCs w:val="30"/>
          <w:lang w:val="ru-RU"/>
        </w:rPr>
        <w:t xml:space="preserve"> мнение </w:t>
      </w:r>
      <w:r w:rsidR="005B082F">
        <w:rPr>
          <w:rFonts w:cs="Times New Roman"/>
          <w:szCs w:val="30"/>
          <w:lang w:val="ru-RU"/>
        </w:rPr>
        <w:t>молодежи</w:t>
      </w:r>
      <w:r w:rsidR="005B082F" w:rsidRPr="005B082F">
        <w:rPr>
          <w:rFonts w:cs="Times New Roman"/>
          <w:szCs w:val="30"/>
          <w:lang w:val="ru-RU"/>
        </w:rPr>
        <w:t xml:space="preserve"> района о ценностях, событиях и инициативах, объединяющих жителей </w:t>
      </w:r>
      <w:proofErr w:type="spellStart"/>
      <w:r w:rsidR="005B082F" w:rsidRPr="005B082F">
        <w:rPr>
          <w:rFonts w:cs="Times New Roman"/>
          <w:szCs w:val="30"/>
          <w:lang w:val="ru-RU"/>
        </w:rPr>
        <w:t>Мядельщины</w:t>
      </w:r>
      <w:proofErr w:type="spellEnd"/>
      <w:r w:rsidRPr="0047609F">
        <w:rPr>
          <w:rFonts w:cs="Times New Roman"/>
          <w:szCs w:val="30"/>
          <w:lang w:val="ru-RU"/>
        </w:rPr>
        <w:t>;</w:t>
      </w:r>
    </w:p>
    <w:p w14:paraId="18BC64D3" w14:textId="18EFCDDF" w:rsidR="00E8794E" w:rsidRPr="00695CB0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«Единство в деле» – </w:t>
      </w:r>
      <w:r w:rsidR="005B082F">
        <w:rPr>
          <w:rFonts w:cs="Times New Roman"/>
          <w:szCs w:val="30"/>
          <w:lang w:val="ru-RU"/>
        </w:rPr>
        <w:t>видеоконтент</w:t>
      </w:r>
      <w:r w:rsidR="005B082F" w:rsidRPr="005B082F">
        <w:rPr>
          <w:rFonts w:cs="Times New Roman"/>
          <w:szCs w:val="30"/>
          <w:lang w:val="ru-RU"/>
        </w:rPr>
        <w:t xml:space="preserve"> о совместной трудовой, общественной</w:t>
      </w:r>
      <w:r w:rsidR="00695CB0" w:rsidRPr="00695CB0">
        <w:rPr>
          <w:rFonts w:cs="Times New Roman"/>
          <w:szCs w:val="30"/>
          <w:lang w:val="ru-RU"/>
        </w:rPr>
        <w:t xml:space="preserve"> </w:t>
      </w:r>
      <w:r w:rsidR="005B082F" w:rsidRPr="005B082F">
        <w:rPr>
          <w:rFonts w:cs="Times New Roman"/>
          <w:szCs w:val="30"/>
          <w:lang w:val="ru-RU"/>
        </w:rPr>
        <w:t>или иной социально значимой деятельности, направленной на объединение жителей Мядель</w:t>
      </w:r>
      <w:r w:rsidR="005B082F">
        <w:rPr>
          <w:rFonts w:cs="Times New Roman"/>
          <w:szCs w:val="30"/>
          <w:lang w:val="ru-RU"/>
        </w:rPr>
        <w:t>ского района.</w:t>
      </w:r>
    </w:p>
    <w:p w14:paraId="0E74B56B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2E607747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ПОРЯДОК И УСЛОВИЯ ПРОВЕДЕНИЯ КОНКУРСА</w:t>
      </w:r>
    </w:p>
    <w:p w14:paraId="45CCBB7B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Конкурс проводится в несколько этапов:</w:t>
      </w:r>
    </w:p>
    <w:p w14:paraId="5A412B9C" w14:textId="54EE8AC0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1 этап (с </w:t>
      </w:r>
      <w:r w:rsidR="00335BDF">
        <w:rPr>
          <w:rFonts w:cs="Times New Roman"/>
          <w:szCs w:val="30"/>
          <w:lang w:val="ru-RU"/>
        </w:rPr>
        <w:t>7</w:t>
      </w:r>
      <w:r w:rsidRPr="0047609F">
        <w:rPr>
          <w:rFonts w:cs="Times New Roman"/>
          <w:szCs w:val="30"/>
          <w:lang w:val="ru-RU"/>
        </w:rPr>
        <w:t xml:space="preserve"> по </w:t>
      </w:r>
      <w:r w:rsidR="00695CB0" w:rsidRPr="00695CB0">
        <w:rPr>
          <w:rFonts w:cs="Times New Roman"/>
          <w:szCs w:val="30"/>
          <w:lang w:val="ru-RU"/>
        </w:rPr>
        <w:t>14</w:t>
      </w:r>
      <w:r w:rsidRPr="0047609F">
        <w:rPr>
          <w:rFonts w:cs="Times New Roman"/>
          <w:szCs w:val="30"/>
          <w:lang w:val="ru-RU"/>
        </w:rPr>
        <w:t xml:space="preserve"> сентября 2026 года) – прием заявок и конкурсных работ. Для участия в Конкурсе необходимо направить в Оргкомитет заявку (приложение 1) по электронной почте: </w:t>
      </w:r>
      <w:proofErr w:type="spellStart"/>
      <w:r w:rsidRPr="0047609F">
        <w:rPr>
          <w:rFonts w:cs="Times New Roman"/>
          <w:szCs w:val="30"/>
        </w:rPr>
        <w:t>isp</w:t>
      </w:r>
      <w:proofErr w:type="spellEnd"/>
      <w:r w:rsidRPr="0047609F">
        <w:rPr>
          <w:rFonts w:cs="Times New Roman"/>
          <w:szCs w:val="30"/>
          <w:lang w:val="ru-RU"/>
        </w:rPr>
        <w:t>@</w:t>
      </w:r>
      <w:proofErr w:type="spellStart"/>
      <w:r w:rsidRPr="0047609F">
        <w:rPr>
          <w:rFonts w:cs="Times New Roman"/>
          <w:szCs w:val="30"/>
        </w:rPr>
        <w:t>myadel</w:t>
      </w:r>
      <w:proofErr w:type="spellEnd"/>
      <w:r w:rsidRPr="0047609F">
        <w:rPr>
          <w:rFonts w:cs="Times New Roman"/>
          <w:szCs w:val="30"/>
          <w:lang w:val="ru-RU"/>
        </w:rPr>
        <w:t>.</w:t>
      </w:r>
      <w:r w:rsidRPr="0047609F">
        <w:rPr>
          <w:rFonts w:cs="Times New Roman"/>
          <w:szCs w:val="30"/>
        </w:rPr>
        <w:t>gov</w:t>
      </w:r>
      <w:r w:rsidRPr="0047609F">
        <w:rPr>
          <w:rFonts w:cs="Times New Roman"/>
          <w:szCs w:val="30"/>
          <w:lang w:val="ru-RU"/>
        </w:rPr>
        <w:t>.</w:t>
      </w:r>
      <w:r w:rsidRPr="0047609F">
        <w:rPr>
          <w:rFonts w:cs="Times New Roman"/>
          <w:szCs w:val="30"/>
        </w:rPr>
        <w:t>by</w:t>
      </w:r>
      <w:r w:rsidRPr="0047609F">
        <w:rPr>
          <w:rFonts w:cs="Times New Roman"/>
          <w:szCs w:val="30"/>
          <w:lang w:val="ru-RU"/>
        </w:rPr>
        <w:t>. Контактный телефон для справок: +375179741012.</w:t>
      </w:r>
    </w:p>
    <w:p w14:paraId="1132D5EB" w14:textId="6B6128FC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2 этап (с </w:t>
      </w:r>
      <w:r w:rsidR="00695CB0" w:rsidRPr="00695CB0">
        <w:rPr>
          <w:rFonts w:cs="Times New Roman"/>
          <w:szCs w:val="30"/>
          <w:lang w:val="ru-RU"/>
        </w:rPr>
        <w:t>14</w:t>
      </w:r>
      <w:r w:rsidRPr="0047609F">
        <w:rPr>
          <w:rFonts w:cs="Times New Roman"/>
          <w:szCs w:val="30"/>
          <w:lang w:val="ru-RU"/>
        </w:rPr>
        <w:t xml:space="preserve"> по </w:t>
      </w:r>
      <w:r w:rsidR="00695CB0" w:rsidRPr="00695CB0">
        <w:rPr>
          <w:rFonts w:cs="Times New Roman"/>
          <w:szCs w:val="30"/>
          <w:lang w:val="ru-RU"/>
        </w:rPr>
        <w:t>1</w:t>
      </w:r>
      <w:r w:rsidR="00335BDF">
        <w:rPr>
          <w:rFonts w:cs="Times New Roman"/>
          <w:szCs w:val="30"/>
          <w:lang w:val="ru-RU"/>
        </w:rPr>
        <w:t>5</w:t>
      </w:r>
      <w:r w:rsidRPr="0047609F">
        <w:rPr>
          <w:rFonts w:cs="Times New Roman"/>
          <w:szCs w:val="30"/>
          <w:lang w:val="ru-RU"/>
        </w:rPr>
        <w:t xml:space="preserve"> сентября 2026 года) – работа жюри, оценка представленных работ.</w:t>
      </w:r>
    </w:p>
    <w:p w14:paraId="66454E78" w14:textId="2BF7BC6F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3 этап (не позднее </w:t>
      </w:r>
      <w:r w:rsidR="00695CB0" w:rsidRPr="00695CB0">
        <w:rPr>
          <w:rFonts w:cs="Times New Roman"/>
          <w:szCs w:val="30"/>
          <w:lang w:val="ru-RU"/>
        </w:rPr>
        <w:t>17</w:t>
      </w:r>
      <w:r w:rsidRPr="0047609F">
        <w:rPr>
          <w:rFonts w:cs="Times New Roman"/>
          <w:szCs w:val="30"/>
          <w:lang w:val="ru-RU"/>
        </w:rPr>
        <w:t xml:space="preserve"> сентября 2026 года) – подведение итогов </w:t>
      </w:r>
      <w:r w:rsidRPr="0075435B">
        <w:rPr>
          <w:rFonts w:cs="Times New Roman"/>
          <w:szCs w:val="30"/>
          <w:lang w:val="ru-RU"/>
        </w:rPr>
        <w:t xml:space="preserve">              </w:t>
      </w:r>
      <w:r w:rsidRPr="0047609F">
        <w:rPr>
          <w:rFonts w:cs="Times New Roman"/>
          <w:szCs w:val="30"/>
          <w:lang w:val="ru-RU"/>
        </w:rPr>
        <w:t>и награждение победителей.</w:t>
      </w:r>
    </w:p>
    <w:p w14:paraId="0BE030FB" w14:textId="4FBA9201" w:rsidR="00E8794E" w:rsidRPr="00695CB0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Обязательным условием участия является публикация видеоролика в открытом доступе в социальных сетях (</w:t>
      </w:r>
      <w:r w:rsidRPr="0047609F">
        <w:rPr>
          <w:rFonts w:cs="Times New Roman"/>
          <w:szCs w:val="30"/>
        </w:rPr>
        <w:t>Instagram</w:t>
      </w:r>
      <w:r w:rsidRPr="0047609F">
        <w:rPr>
          <w:rFonts w:cs="Times New Roman"/>
          <w:szCs w:val="30"/>
          <w:lang w:val="ru-RU"/>
        </w:rPr>
        <w:t xml:space="preserve">, </w:t>
      </w:r>
      <w:r w:rsidRPr="0047609F">
        <w:rPr>
          <w:rFonts w:cs="Times New Roman"/>
          <w:szCs w:val="30"/>
        </w:rPr>
        <w:t>TikTok</w:t>
      </w:r>
      <w:r w:rsidRPr="0047609F">
        <w:rPr>
          <w:rFonts w:cs="Times New Roman"/>
          <w:szCs w:val="30"/>
          <w:lang w:val="ru-RU"/>
        </w:rPr>
        <w:t xml:space="preserve">, ВКонтакте, </w:t>
      </w:r>
      <w:r w:rsidRPr="0047609F">
        <w:rPr>
          <w:rFonts w:cs="Times New Roman"/>
          <w:szCs w:val="30"/>
        </w:rPr>
        <w:t>Telegram</w:t>
      </w:r>
      <w:r w:rsidRPr="0047609F">
        <w:rPr>
          <w:rFonts w:cs="Times New Roman"/>
          <w:szCs w:val="30"/>
          <w:lang w:val="ru-RU"/>
        </w:rPr>
        <w:t xml:space="preserve">) с </w:t>
      </w:r>
      <w:proofErr w:type="spellStart"/>
      <w:r w:rsidRPr="0047609F">
        <w:rPr>
          <w:rFonts w:cs="Times New Roman"/>
          <w:szCs w:val="30"/>
          <w:lang w:val="ru-RU"/>
        </w:rPr>
        <w:t>хэштегами</w:t>
      </w:r>
      <w:proofErr w:type="spellEnd"/>
      <w:r w:rsidRPr="0047609F">
        <w:rPr>
          <w:rFonts w:cs="Times New Roman"/>
          <w:szCs w:val="30"/>
          <w:lang w:val="ru-RU"/>
        </w:rPr>
        <w:t xml:space="preserve"> #17секундоглавном #Мядельщина</w:t>
      </w:r>
      <w:r w:rsidR="00695CB0" w:rsidRPr="00695CB0">
        <w:rPr>
          <w:rFonts w:cs="Times New Roman"/>
          <w:szCs w:val="30"/>
          <w:lang w:val="ru-RU"/>
        </w:rPr>
        <w:t>.</w:t>
      </w:r>
    </w:p>
    <w:p w14:paraId="32C3C96D" w14:textId="5640C72C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Ссылку на опубликованный видеоролик участник указывает </w:t>
      </w:r>
      <w:r w:rsidRPr="0075435B">
        <w:rPr>
          <w:rFonts w:cs="Times New Roman"/>
          <w:szCs w:val="30"/>
          <w:lang w:val="ru-RU"/>
        </w:rPr>
        <w:t xml:space="preserve">                </w:t>
      </w:r>
      <w:r w:rsidRPr="0047609F">
        <w:rPr>
          <w:rFonts w:cs="Times New Roman"/>
          <w:szCs w:val="30"/>
          <w:lang w:val="ru-RU"/>
        </w:rPr>
        <w:t>в заявке на участие в Конкурсе.</w:t>
      </w:r>
    </w:p>
    <w:p w14:paraId="1C1335F0" w14:textId="1BA49238" w:rsidR="00E8794E" w:rsidRPr="00695CB0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Организатор Конкурса имеет право использовать присланные видеоролики в некоммерческих целях (публикация в социальных сетях, на сайте, в информационных и презентационных </w:t>
      </w:r>
      <w:proofErr w:type="gramStart"/>
      <w:r w:rsidRPr="0047609F">
        <w:rPr>
          <w:rFonts w:cs="Times New Roman"/>
          <w:szCs w:val="30"/>
          <w:lang w:val="ru-RU"/>
        </w:rPr>
        <w:t xml:space="preserve">материалах) </w:t>
      </w:r>
      <w:r w:rsidRPr="0075435B">
        <w:rPr>
          <w:rFonts w:cs="Times New Roman"/>
          <w:szCs w:val="30"/>
          <w:lang w:val="ru-RU"/>
        </w:rPr>
        <w:t xml:space="preserve">  </w:t>
      </w:r>
      <w:proofErr w:type="gramEnd"/>
      <w:r w:rsidRPr="0075435B">
        <w:rPr>
          <w:rFonts w:cs="Times New Roman"/>
          <w:szCs w:val="30"/>
          <w:lang w:val="ru-RU"/>
        </w:rPr>
        <w:t xml:space="preserve">                      </w:t>
      </w:r>
      <w:r w:rsidRPr="0047609F">
        <w:rPr>
          <w:rFonts w:cs="Times New Roman"/>
          <w:szCs w:val="30"/>
          <w:lang w:val="ru-RU"/>
        </w:rPr>
        <w:t>с указанием авторства.</w:t>
      </w:r>
    </w:p>
    <w:p w14:paraId="2808FBC6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7BAFAE9F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ТРЕБОВАНИЯ К КОНКУРСНЫМ РАБОТАМ</w:t>
      </w:r>
    </w:p>
    <w:p w14:paraId="1DCB05D8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 видеороликам, представленным на Конкурс, предъявляются следующие требования:</w:t>
      </w:r>
    </w:p>
    <w:p w14:paraId="10AC0185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видеоролик должен быть снят в вертикальном формате (9:16);</w:t>
      </w:r>
    </w:p>
    <w:p w14:paraId="31C2FAD2" w14:textId="01944A2B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продолжительность видеоролика – </w:t>
      </w:r>
      <w:r w:rsidR="00695CB0">
        <w:rPr>
          <w:rFonts w:cs="Times New Roman"/>
          <w:szCs w:val="30"/>
          <w:lang w:val="ru-RU"/>
        </w:rPr>
        <w:t>строго</w:t>
      </w:r>
      <w:r w:rsidRPr="0047609F">
        <w:rPr>
          <w:rFonts w:cs="Times New Roman"/>
          <w:szCs w:val="30"/>
          <w:lang w:val="ru-RU"/>
        </w:rPr>
        <w:t xml:space="preserve"> 17 секунд;</w:t>
      </w:r>
    </w:p>
    <w:p w14:paraId="201D2A46" w14:textId="3CCFE72D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lastRenderedPageBreak/>
        <w:t xml:space="preserve">содержание видеоролика должно являться авторским ответом </w:t>
      </w:r>
      <w:r w:rsidRPr="0075435B">
        <w:rPr>
          <w:rFonts w:cs="Times New Roman"/>
          <w:szCs w:val="30"/>
          <w:lang w:val="ru-RU"/>
        </w:rPr>
        <w:t xml:space="preserve">                 </w:t>
      </w:r>
      <w:r w:rsidRPr="0047609F">
        <w:rPr>
          <w:rFonts w:cs="Times New Roman"/>
          <w:szCs w:val="30"/>
          <w:lang w:val="ru-RU"/>
        </w:rPr>
        <w:t xml:space="preserve">на вопрос «Что объединяет людей </w:t>
      </w:r>
      <w:r w:rsidR="00695CB0">
        <w:rPr>
          <w:rFonts w:cs="Times New Roman"/>
          <w:szCs w:val="30"/>
          <w:lang w:val="ru-RU"/>
        </w:rPr>
        <w:t>в Мядельском районе</w:t>
      </w:r>
      <w:r w:rsidRPr="0047609F">
        <w:rPr>
          <w:rFonts w:cs="Times New Roman"/>
          <w:szCs w:val="30"/>
          <w:lang w:val="ru-RU"/>
        </w:rPr>
        <w:t>?»;</w:t>
      </w:r>
    </w:p>
    <w:p w14:paraId="19EB8D0F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видеоролик должен быть снят самостоятельно, не нарушать авторские и смежные права третьих лиц, не содержать сцен насилия, ненормативной лексики, рекламы, экстремистских и иных материалов, запрещенных законодательством Республики Беларусь;</w:t>
      </w:r>
    </w:p>
    <w:p w14:paraId="7C8F32D1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формат файла – </w:t>
      </w:r>
      <w:r w:rsidRPr="0047609F">
        <w:rPr>
          <w:rFonts w:cs="Times New Roman"/>
          <w:szCs w:val="30"/>
        </w:rPr>
        <w:t>MP</w:t>
      </w:r>
      <w:r w:rsidRPr="0047609F">
        <w:rPr>
          <w:rFonts w:cs="Times New Roman"/>
          <w:szCs w:val="30"/>
          <w:lang w:val="ru-RU"/>
        </w:rPr>
        <w:t>4; допускается использование музыкального сопровождения и субтитров;</w:t>
      </w:r>
    </w:p>
    <w:p w14:paraId="1C9D68E0" w14:textId="1F3D8B28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видеоролик должен быть опубликован в открытом доступе </w:t>
      </w:r>
      <w:r w:rsidRPr="0075435B">
        <w:rPr>
          <w:rFonts w:cs="Times New Roman"/>
          <w:szCs w:val="30"/>
          <w:lang w:val="ru-RU"/>
        </w:rPr>
        <w:t xml:space="preserve">                    </w:t>
      </w:r>
      <w:r w:rsidRPr="0047609F">
        <w:rPr>
          <w:rFonts w:cs="Times New Roman"/>
          <w:szCs w:val="30"/>
          <w:lang w:val="ru-RU"/>
        </w:rPr>
        <w:t>в социальных сетях в соответствии с условиями, указанными в разделе «Порядок и условия проведения Конкурса».</w:t>
      </w:r>
    </w:p>
    <w:p w14:paraId="5DCD110C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1F13D1A1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КРИТЕРИИ ОЦЕНКИ</w:t>
      </w:r>
    </w:p>
    <w:p w14:paraId="565DBFEA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Критериями для определения победителей Конкурса являются:</w:t>
      </w:r>
    </w:p>
    <w:p w14:paraId="65985736" w14:textId="030070DD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соответствие содержания видеоролика теме Конкурса;</w:t>
      </w:r>
    </w:p>
    <w:p w14:paraId="20569F57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искренность и эмоциональное воздействие ролика;</w:t>
      </w:r>
    </w:p>
    <w:p w14:paraId="362B9596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оригинальность идеи и художественная выразительность;</w:t>
      </w:r>
    </w:p>
    <w:p w14:paraId="4116722F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качество съемки и монтажа;</w:t>
      </w:r>
    </w:p>
    <w:p w14:paraId="152754FC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соответствие техническим требованиям Конкурса (формат, хронометраж, публикация);</w:t>
      </w:r>
    </w:p>
    <w:p w14:paraId="20F40E35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количество и активность реакций аудитории (лайки, комментарии, репосты) может учитываться жюри как дополнительный критерий.</w:t>
      </w:r>
    </w:p>
    <w:p w14:paraId="4DD1C5BE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Для проведения Конкурса создается Оргкомитет, который выполняет функцию жюри (приложение 2).</w:t>
      </w:r>
    </w:p>
    <w:p w14:paraId="039BF699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115006A1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ПОДВЕДЕНИЕ ИТОГОВ</w:t>
      </w:r>
    </w:p>
    <w:p w14:paraId="461B070F" w14:textId="635489F9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Жюри при подведении итогов Конкурса определяет победителей </w:t>
      </w:r>
      <w:r w:rsidRPr="0075435B">
        <w:rPr>
          <w:rFonts w:cs="Times New Roman"/>
          <w:szCs w:val="30"/>
          <w:lang w:val="ru-RU"/>
        </w:rPr>
        <w:t xml:space="preserve">  </w:t>
      </w:r>
      <w:r w:rsidRPr="0047609F">
        <w:rPr>
          <w:rFonts w:cs="Times New Roman"/>
          <w:szCs w:val="30"/>
          <w:lang w:val="ru-RU"/>
        </w:rPr>
        <w:t>в каждой из пяти номинаций, а также, при необходимости, обладателя Гран-при Конкурса. Результаты Конкурса оформляются протоколом.</w:t>
      </w:r>
    </w:p>
    <w:p w14:paraId="15EAA99C" w14:textId="4717E414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Победители Конкурса награждаются дипломами и памятными подарками</w:t>
      </w:r>
      <w:r w:rsidR="00695CB0">
        <w:rPr>
          <w:rFonts w:cs="Times New Roman"/>
          <w:szCs w:val="30"/>
          <w:lang w:val="ru-RU"/>
        </w:rPr>
        <w:t>.</w:t>
      </w:r>
    </w:p>
    <w:p w14:paraId="6679935F" w14:textId="58079669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Информация об итогах Конкурса и работах победителей размещается на официальн</w:t>
      </w:r>
      <w:r w:rsidR="00695CB0">
        <w:rPr>
          <w:rFonts w:cs="Times New Roman"/>
          <w:szCs w:val="30"/>
          <w:lang w:val="ru-RU"/>
        </w:rPr>
        <w:t>ом сайте</w:t>
      </w:r>
      <w:r w:rsidRPr="0047609F">
        <w:rPr>
          <w:rFonts w:cs="Times New Roman"/>
          <w:szCs w:val="30"/>
          <w:lang w:val="ru-RU"/>
        </w:rPr>
        <w:t xml:space="preserve"> Мядельского рай</w:t>
      </w:r>
      <w:r w:rsidR="00695CB0">
        <w:rPr>
          <w:rFonts w:cs="Times New Roman"/>
          <w:szCs w:val="30"/>
          <w:lang w:val="ru-RU"/>
        </w:rPr>
        <w:t>онного исполнительного комитета.</w:t>
      </w:r>
    </w:p>
    <w:p w14:paraId="3EA39525" w14:textId="77777777" w:rsidR="0075435B" w:rsidRPr="00335BDF" w:rsidRDefault="0075435B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49F04CEE" w14:textId="77777777" w:rsidR="0075435B" w:rsidRPr="00335BDF" w:rsidRDefault="0075435B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5C599623" w14:textId="77777777" w:rsidR="0075435B" w:rsidRPr="00335BDF" w:rsidRDefault="0075435B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3527DFE8" w14:textId="77777777" w:rsidR="0075435B" w:rsidRDefault="0075435B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19D9F2E7" w14:textId="37392F9D" w:rsidR="0075435B" w:rsidRDefault="0075435B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27E46E68" w14:textId="016C537E" w:rsidR="00AD08A3" w:rsidRDefault="00AD08A3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33CBB5BB" w14:textId="2907A02D" w:rsidR="00AD08A3" w:rsidRDefault="00AD08A3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2498AA24" w14:textId="0FC3E35C" w:rsidR="00AD08A3" w:rsidRDefault="00AD08A3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68F60C0F" w14:textId="42399685" w:rsidR="00AD08A3" w:rsidRDefault="00AD08A3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3650403D" w14:textId="77777777" w:rsidR="00AD08A3" w:rsidRPr="00335BDF" w:rsidRDefault="00AD08A3" w:rsidP="0075435B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5F447F71" w14:textId="55C5A1B8" w:rsidR="00E8794E" w:rsidRPr="0047609F" w:rsidRDefault="0075435B" w:rsidP="0075435B">
      <w:pPr>
        <w:spacing w:line="240" w:lineRule="auto"/>
        <w:ind w:firstLine="5670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lastRenderedPageBreak/>
        <w:tab/>
      </w:r>
      <w:r w:rsidRPr="0047609F">
        <w:rPr>
          <w:rFonts w:cs="Times New Roman"/>
          <w:szCs w:val="30"/>
          <w:lang w:val="ru-RU"/>
        </w:rPr>
        <w:tab/>
      </w:r>
      <w:r w:rsidRPr="0047609F">
        <w:rPr>
          <w:rFonts w:cs="Times New Roman"/>
          <w:szCs w:val="30"/>
          <w:lang w:val="ru-RU"/>
        </w:rPr>
        <w:tab/>
      </w:r>
      <w:r w:rsidRPr="00335BDF">
        <w:rPr>
          <w:rFonts w:cs="Times New Roman"/>
          <w:szCs w:val="30"/>
          <w:lang w:val="ru-RU"/>
        </w:rPr>
        <w:t xml:space="preserve"> </w:t>
      </w:r>
      <w:r w:rsidRPr="0047609F">
        <w:rPr>
          <w:rFonts w:cs="Times New Roman"/>
          <w:szCs w:val="30"/>
          <w:lang w:val="ru-RU"/>
        </w:rPr>
        <w:t>Приложение 1</w:t>
      </w:r>
    </w:p>
    <w:p w14:paraId="00E4F3E0" w14:textId="77777777" w:rsidR="00E8794E" w:rsidRPr="0047609F" w:rsidRDefault="00E8794E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6A6C7E70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ФОРМА ЗАЯВКИ</w:t>
      </w:r>
    </w:p>
    <w:p w14:paraId="3E075F8F" w14:textId="77777777" w:rsidR="00695CB0" w:rsidRDefault="0075435B" w:rsidP="00695CB0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на участие в районном молодежном конкурсе видео</w:t>
      </w:r>
      <w:r w:rsidR="00695CB0">
        <w:rPr>
          <w:rFonts w:cs="Times New Roman"/>
          <w:szCs w:val="30"/>
          <w:lang w:val="ru-RU"/>
        </w:rPr>
        <w:t>роликов</w:t>
      </w:r>
      <w:r w:rsidRPr="0047609F">
        <w:rPr>
          <w:rFonts w:cs="Times New Roman"/>
          <w:szCs w:val="30"/>
          <w:lang w:val="ru-RU"/>
        </w:rPr>
        <w:t xml:space="preserve"> </w:t>
      </w:r>
      <w:r w:rsidR="00695CB0">
        <w:rPr>
          <w:rFonts w:cs="Times New Roman"/>
          <w:szCs w:val="30"/>
          <w:lang w:val="ru-RU"/>
        </w:rPr>
        <w:t xml:space="preserve"> </w:t>
      </w:r>
    </w:p>
    <w:p w14:paraId="5F3B7304" w14:textId="5A63B443" w:rsidR="00E8794E" w:rsidRPr="0047609F" w:rsidRDefault="0075435B" w:rsidP="00695CB0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«17 секунд о главном»</w:t>
      </w:r>
    </w:p>
    <w:p w14:paraId="0FF93CE2" w14:textId="77777777" w:rsidR="00695CB0" w:rsidRDefault="00695CB0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4D15E3E5" w14:textId="3BE9B609" w:rsidR="00E8794E" w:rsidRPr="0047609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Участник (команда) ____________________________________________</w:t>
      </w:r>
    </w:p>
    <w:p w14:paraId="5BD4AC98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                                    (ФИО участника / состав команды)</w:t>
      </w:r>
    </w:p>
    <w:p w14:paraId="3427FFBD" w14:textId="3BBDB3ED" w:rsidR="00E8794E" w:rsidRPr="00335BD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Место учебы/работы ___________________________________________</w:t>
      </w:r>
    </w:p>
    <w:p w14:paraId="7D8AD258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51B46E42" w14:textId="0FB19B9A" w:rsidR="00E8794E" w:rsidRPr="00335BD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Возраст _________  </w:t>
      </w:r>
      <w:r w:rsidRPr="00335BDF">
        <w:rPr>
          <w:rFonts w:cs="Times New Roman"/>
          <w:szCs w:val="30"/>
          <w:lang w:val="ru-RU"/>
        </w:rPr>
        <w:t xml:space="preserve"> </w:t>
      </w:r>
      <w:r w:rsidRPr="0047609F">
        <w:rPr>
          <w:rFonts w:cs="Times New Roman"/>
          <w:szCs w:val="30"/>
          <w:lang w:val="ru-RU"/>
        </w:rPr>
        <w:t>Контактный телефон _____________________</w:t>
      </w:r>
      <w:r w:rsidRPr="00335BDF">
        <w:rPr>
          <w:rFonts w:cs="Times New Roman"/>
          <w:szCs w:val="30"/>
          <w:lang w:val="ru-RU"/>
        </w:rPr>
        <w:t>____</w:t>
      </w:r>
    </w:p>
    <w:p w14:paraId="11F6B039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3FD330CE" w14:textId="5FD82443" w:rsidR="00E8794E" w:rsidRPr="00335BD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Номинаци</w:t>
      </w:r>
      <w:r w:rsidR="00695CB0">
        <w:rPr>
          <w:rFonts w:cs="Times New Roman"/>
          <w:szCs w:val="30"/>
          <w:lang w:val="ru-RU"/>
        </w:rPr>
        <w:t>я</w:t>
      </w:r>
      <w:r w:rsidRPr="0047609F">
        <w:rPr>
          <w:rFonts w:cs="Times New Roman"/>
          <w:szCs w:val="30"/>
          <w:lang w:val="ru-RU"/>
        </w:rPr>
        <w:t>___________________________________________________</w:t>
      </w:r>
    </w:p>
    <w:p w14:paraId="24042E39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4F6DFCF3" w14:textId="3B0809C5" w:rsidR="00E8794E" w:rsidRPr="0047609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Ссылка на опубликованный видеоролик</w:t>
      </w:r>
      <w:r w:rsidR="00695CB0">
        <w:rPr>
          <w:rFonts w:cs="Times New Roman"/>
          <w:szCs w:val="30"/>
          <w:lang w:val="ru-RU"/>
        </w:rPr>
        <w:t>:</w:t>
      </w:r>
    </w:p>
    <w:p w14:paraId="498DD19D" w14:textId="15F45EE3" w:rsidR="00E8794E" w:rsidRPr="00335BD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____________________________________________________________</w:t>
      </w:r>
      <w:r w:rsidRPr="00335BDF">
        <w:rPr>
          <w:rFonts w:cs="Times New Roman"/>
          <w:szCs w:val="30"/>
          <w:lang w:val="ru-RU"/>
        </w:rPr>
        <w:t>_</w:t>
      </w:r>
    </w:p>
    <w:p w14:paraId="60AF5DFB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42B5603E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Согласие на обработку персональных данных и использование видеоролика Организатором Конкурса на условиях, установленных Положением, подтверждаю.</w:t>
      </w:r>
    </w:p>
    <w:p w14:paraId="433A003E" w14:textId="77777777" w:rsidR="00E8794E" w:rsidRPr="0047609F" w:rsidRDefault="00E8794E" w:rsidP="0047609F">
      <w:pPr>
        <w:spacing w:line="240" w:lineRule="auto"/>
        <w:ind w:firstLine="720"/>
        <w:contextualSpacing/>
        <w:rPr>
          <w:rFonts w:cs="Times New Roman"/>
          <w:szCs w:val="30"/>
          <w:lang w:val="ru-RU"/>
        </w:rPr>
      </w:pPr>
    </w:p>
    <w:p w14:paraId="23281C92" w14:textId="106B7502" w:rsidR="00E8794E" w:rsidRPr="0047609F" w:rsidRDefault="0075435B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«___» ____________________ 2026 г.                     ____________________ </w:t>
      </w:r>
      <w:r w:rsidR="00695CB0">
        <w:rPr>
          <w:rFonts w:cs="Times New Roman"/>
          <w:szCs w:val="30"/>
          <w:lang w:val="ru-RU"/>
        </w:rPr>
        <w:t xml:space="preserve">                           </w:t>
      </w:r>
    </w:p>
    <w:p w14:paraId="16D32643" w14:textId="7A4FEF2F" w:rsidR="00695CB0" w:rsidRPr="00695CB0" w:rsidRDefault="00695CB0" w:rsidP="00695CB0">
      <w:pPr>
        <w:tabs>
          <w:tab w:val="left" w:pos="8280"/>
        </w:tabs>
        <w:spacing w:line="240" w:lineRule="auto"/>
        <w:ind w:firstLine="720"/>
        <w:contextualSpacing/>
        <w:rPr>
          <w:rFonts w:cs="Times New Roman"/>
          <w:i/>
          <w:iCs/>
          <w:szCs w:val="30"/>
          <w:lang w:val="ru-RU"/>
        </w:rPr>
      </w:pPr>
      <w:r>
        <w:rPr>
          <w:rFonts w:cs="Times New Roman"/>
          <w:szCs w:val="30"/>
          <w:lang w:val="ru-RU"/>
        </w:rPr>
        <w:t xml:space="preserve">                                                                                       </w:t>
      </w:r>
      <w:r w:rsidRPr="00695CB0">
        <w:rPr>
          <w:rFonts w:cs="Times New Roman"/>
          <w:i/>
          <w:iCs/>
          <w:szCs w:val="30"/>
          <w:lang w:val="ru-RU"/>
        </w:rPr>
        <w:t>(подпись)</w:t>
      </w:r>
    </w:p>
    <w:p w14:paraId="20BE0F82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7654ECE7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3873CEC6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4AB424E3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74A9AE64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48E28581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6BE922E2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2219E979" w14:textId="77777777" w:rsidR="0075435B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507EC946" w14:textId="77777777" w:rsidR="00AC01C8" w:rsidRPr="00335BDF" w:rsidRDefault="00AC01C8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49AA4AB5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2ECF728E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7937F706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43A40049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2BE36D0F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5B6AE88A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3E124493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1A11ED6C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4491CE8C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2BF889FE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40A3F61C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15C60625" w14:textId="77777777" w:rsidR="0075435B" w:rsidRPr="00335BDF" w:rsidRDefault="0075435B" w:rsidP="0075435B">
      <w:pPr>
        <w:tabs>
          <w:tab w:val="left" w:pos="8280"/>
        </w:tabs>
        <w:spacing w:line="240" w:lineRule="auto"/>
        <w:contextualSpacing/>
        <w:rPr>
          <w:rFonts w:cs="Times New Roman"/>
          <w:szCs w:val="30"/>
          <w:lang w:val="ru-RU"/>
        </w:rPr>
      </w:pPr>
    </w:p>
    <w:p w14:paraId="38F9BE44" w14:textId="6A92C02A" w:rsidR="00E8794E" w:rsidRPr="0047609F" w:rsidRDefault="0075435B" w:rsidP="0075435B">
      <w:pPr>
        <w:tabs>
          <w:tab w:val="left" w:pos="8280"/>
        </w:tabs>
        <w:spacing w:line="240" w:lineRule="auto"/>
        <w:ind w:firstLine="7230"/>
        <w:contextualSpacing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lastRenderedPageBreak/>
        <w:t>Приложение 2</w:t>
      </w:r>
    </w:p>
    <w:p w14:paraId="3B83EB40" w14:textId="77777777" w:rsidR="00E8794E" w:rsidRPr="0047609F" w:rsidRDefault="00E8794E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4EE4BCD5" w14:textId="6D2573E6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СОСТАВ ОРГКОМИТЕТА </w:t>
      </w:r>
    </w:p>
    <w:p w14:paraId="382D1544" w14:textId="77777777" w:rsidR="00E8794E" w:rsidRPr="0047609F" w:rsidRDefault="0075435B" w:rsidP="0047609F">
      <w:pPr>
        <w:spacing w:line="240" w:lineRule="auto"/>
        <w:ind w:firstLine="720"/>
        <w:contextualSpacing/>
        <w:jc w:val="center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районного молодежного конкурса коротких вертикальных видео «17 секунд о главном»</w:t>
      </w:r>
    </w:p>
    <w:p w14:paraId="6A8FBFF0" w14:textId="77777777" w:rsidR="00E8794E" w:rsidRPr="0047609F" w:rsidRDefault="00E8794E" w:rsidP="00695CB0">
      <w:pPr>
        <w:spacing w:line="240" w:lineRule="auto"/>
        <w:contextualSpacing/>
        <w:rPr>
          <w:rFonts w:cs="Times New Roman"/>
          <w:szCs w:val="30"/>
          <w:lang w:val="ru-RU"/>
        </w:rPr>
      </w:pPr>
    </w:p>
    <w:p w14:paraId="27C33CA5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1. Начальник отдела идеологической работы и по делам молодежи Мядельского райисполкома – председатель Оргкомитета (жюри).</w:t>
      </w:r>
    </w:p>
    <w:p w14:paraId="07FA5359" w14:textId="77777777" w:rsidR="00E8794E" w:rsidRPr="0047609F" w:rsidRDefault="0075435B" w:rsidP="0047609F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>2. Специалист отдела идеологической работы и по делам молодежи Мядельского райисполкома – секретарь Оргкомитета.</w:t>
      </w:r>
    </w:p>
    <w:p w14:paraId="646BCBCF" w14:textId="4AF91A5D" w:rsidR="002568A5" w:rsidRDefault="0075435B" w:rsidP="002568A5">
      <w:pPr>
        <w:spacing w:line="240" w:lineRule="auto"/>
        <w:ind w:firstLine="720"/>
        <w:contextualSpacing/>
        <w:jc w:val="both"/>
        <w:rPr>
          <w:rFonts w:cs="Times New Roman"/>
          <w:szCs w:val="30"/>
          <w:lang w:val="ru-RU"/>
        </w:rPr>
      </w:pPr>
      <w:r w:rsidRPr="0047609F">
        <w:rPr>
          <w:rFonts w:cs="Times New Roman"/>
          <w:szCs w:val="30"/>
          <w:lang w:val="ru-RU"/>
        </w:rPr>
        <w:t xml:space="preserve">3. </w:t>
      </w:r>
      <w:r w:rsidR="002568A5">
        <w:rPr>
          <w:rFonts w:cs="Times New Roman"/>
          <w:szCs w:val="30"/>
          <w:lang w:val="ru-RU"/>
        </w:rPr>
        <w:t>З</w:t>
      </w:r>
      <w:r w:rsidR="002568A5" w:rsidRPr="002568A5">
        <w:rPr>
          <w:rFonts w:cs="Times New Roman"/>
          <w:szCs w:val="30"/>
          <w:lang w:val="ru-RU"/>
        </w:rPr>
        <w:t>аведующий</w:t>
      </w:r>
      <w:r w:rsidR="002568A5" w:rsidRPr="0047609F">
        <w:rPr>
          <w:rFonts w:cs="Times New Roman"/>
          <w:szCs w:val="30"/>
          <w:lang w:val="ru-RU"/>
        </w:rPr>
        <w:t xml:space="preserve"> </w:t>
      </w:r>
      <w:r w:rsidR="002568A5">
        <w:rPr>
          <w:rFonts w:cs="Times New Roman"/>
          <w:szCs w:val="30"/>
          <w:lang w:val="ru-RU"/>
        </w:rPr>
        <w:t>с</w:t>
      </w:r>
      <w:r w:rsidR="002568A5" w:rsidRPr="00695CB0">
        <w:rPr>
          <w:rFonts w:cs="Times New Roman"/>
          <w:szCs w:val="30"/>
          <w:lang w:val="ru-RU"/>
        </w:rPr>
        <w:t>ектор</w:t>
      </w:r>
      <w:r w:rsidR="00AD08A3">
        <w:rPr>
          <w:rFonts w:cs="Times New Roman"/>
          <w:szCs w:val="30"/>
          <w:lang w:val="ru-RU"/>
        </w:rPr>
        <w:t>ом</w:t>
      </w:r>
      <w:r w:rsidR="002568A5" w:rsidRPr="00695CB0">
        <w:rPr>
          <w:rFonts w:cs="Times New Roman"/>
          <w:szCs w:val="30"/>
          <w:lang w:val="ru-RU"/>
        </w:rPr>
        <w:t xml:space="preserve"> культуры Мядельского райисполкома</w:t>
      </w:r>
      <w:r w:rsidR="002568A5">
        <w:rPr>
          <w:rFonts w:cs="Times New Roman"/>
          <w:szCs w:val="30"/>
          <w:lang w:val="ru-RU"/>
        </w:rPr>
        <w:t>.</w:t>
      </w:r>
    </w:p>
    <w:p w14:paraId="474158D9" w14:textId="6B6E9F39" w:rsidR="00E8794E" w:rsidRDefault="002568A5" w:rsidP="002568A5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cs="Times New Roman"/>
          <w:szCs w:val="30"/>
          <w:lang w:val="ru-RU"/>
        </w:rPr>
      </w:pPr>
      <w:r>
        <w:rPr>
          <w:rFonts w:cs="Times New Roman"/>
          <w:szCs w:val="30"/>
          <w:lang w:val="ru-RU"/>
        </w:rPr>
        <w:t>4.</w:t>
      </w:r>
      <w:r w:rsidR="0075435B" w:rsidRPr="0075435B">
        <w:rPr>
          <w:rFonts w:cs="Times New Roman"/>
          <w:szCs w:val="30"/>
          <w:lang w:val="ru-RU"/>
        </w:rPr>
        <w:t xml:space="preserve"> </w:t>
      </w:r>
      <w:r>
        <w:rPr>
          <w:rFonts w:cs="Times New Roman"/>
          <w:szCs w:val="30"/>
          <w:lang w:val="ru-RU"/>
        </w:rPr>
        <w:t>Г</w:t>
      </w:r>
      <w:r w:rsidRPr="002568A5">
        <w:rPr>
          <w:rFonts w:cs="Times New Roman"/>
          <w:szCs w:val="30"/>
          <w:lang w:val="ru-RU"/>
        </w:rPr>
        <w:t>лавный редактор газеты «</w:t>
      </w:r>
      <w:proofErr w:type="spellStart"/>
      <w:r w:rsidRPr="002568A5">
        <w:rPr>
          <w:rFonts w:cs="Times New Roman"/>
          <w:szCs w:val="30"/>
          <w:lang w:val="ru-RU"/>
        </w:rPr>
        <w:t>Нарачанская</w:t>
      </w:r>
      <w:proofErr w:type="spellEnd"/>
      <w:r w:rsidRPr="002568A5">
        <w:rPr>
          <w:rFonts w:cs="Times New Roman"/>
          <w:szCs w:val="30"/>
          <w:lang w:val="ru-RU"/>
        </w:rPr>
        <w:t xml:space="preserve"> </w:t>
      </w:r>
      <w:proofErr w:type="spellStart"/>
      <w:r w:rsidRPr="002568A5">
        <w:rPr>
          <w:rFonts w:cs="Times New Roman"/>
          <w:szCs w:val="30"/>
          <w:lang w:val="ru-RU"/>
        </w:rPr>
        <w:t>зара</w:t>
      </w:r>
      <w:proofErr w:type="spellEnd"/>
      <w:r w:rsidRPr="002568A5">
        <w:rPr>
          <w:rFonts w:cs="Times New Roman"/>
          <w:szCs w:val="30"/>
          <w:lang w:val="ru-RU"/>
        </w:rPr>
        <w:t>» унитарного предприятия «Информационное агентство «Минская правда».</w:t>
      </w:r>
    </w:p>
    <w:p w14:paraId="033E0912" w14:textId="480D0D9A" w:rsidR="002568A5" w:rsidRPr="0047609F" w:rsidRDefault="002568A5" w:rsidP="0047609F">
      <w:pPr>
        <w:spacing w:line="240" w:lineRule="auto"/>
        <w:ind w:firstLine="720"/>
        <w:contextualSpacing/>
        <w:jc w:val="both"/>
        <w:rPr>
          <w:lang w:val="ru-RU"/>
        </w:rPr>
      </w:pPr>
      <w:r>
        <w:rPr>
          <w:lang w:val="ru-RU"/>
        </w:rPr>
        <w:t xml:space="preserve">5. </w:t>
      </w:r>
      <w:r w:rsidRPr="002568A5">
        <w:rPr>
          <w:lang w:val="ru-RU"/>
        </w:rPr>
        <w:t xml:space="preserve">Представитель </w:t>
      </w:r>
      <w:r w:rsidR="000749EF" w:rsidRPr="000749EF">
        <w:rPr>
          <w:lang w:val="ru-RU"/>
        </w:rPr>
        <w:t>Мядельско</w:t>
      </w:r>
      <w:r w:rsidR="000749EF">
        <w:rPr>
          <w:lang w:val="ru-RU"/>
        </w:rPr>
        <w:t>го</w:t>
      </w:r>
      <w:r w:rsidR="000749EF" w:rsidRPr="000749EF">
        <w:rPr>
          <w:lang w:val="ru-RU"/>
        </w:rPr>
        <w:t xml:space="preserve"> районно</w:t>
      </w:r>
      <w:r w:rsidR="000749EF">
        <w:rPr>
          <w:lang w:val="ru-RU"/>
        </w:rPr>
        <w:t>го</w:t>
      </w:r>
      <w:r w:rsidR="000749EF" w:rsidRPr="000749EF">
        <w:rPr>
          <w:lang w:val="ru-RU"/>
        </w:rPr>
        <w:t xml:space="preserve"> отделени</w:t>
      </w:r>
      <w:r w:rsidR="000749EF">
        <w:rPr>
          <w:lang w:val="ru-RU"/>
        </w:rPr>
        <w:t>я</w:t>
      </w:r>
      <w:r w:rsidR="000749EF" w:rsidRPr="000749EF">
        <w:rPr>
          <w:lang w:val="ru-RU"/>
        </w:rPr>
        <w:t xml:space="preserve"> Белорусск</w:t>
      </w:r>
      <w:r w:rsidR="000749EF">
        <w:rPr>
          <w:lang w:val="ru-RU"/>
        </w:rPr>
        <w:t>ая</w:t>
      </w:r>
      <w:r w:rsidR="000749EF" w:rsidRPr="000749EF">
        <w:rPr>
          <w:lang w:val="ru-RU"/>
        </w:rPr>
        <w:t xml:space="preserve"> парти</w:t>
      </w:r>
      <w:r w:rsidR="000749EF">
        <w:rPr>
          <w:lang w:val="ru-RU"/>
        </w:rPr>
        <w:t>я</w:t>
      </w:r>
      <w:r w:rsidR="000749EF" w:rsidRPr="000749EF">
        <w:rPr>
          <w:lang w:val="ru-RU"/>
        </w:rPr>
        <w:t xml:space="preserve"> «Белая Русь».</w:t>
      </w:r>
    </w:p>
    <w:sectPr w:rsidR="002568A5" w:rsidRPr="0047609F" w:rsidSect="00034616">
      <w:pgSz w:w="11906" w:h="16838"/>
      <w:pgMar w:top="1134" w:right="850" w:bottom="28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9539195">
    <w:abstractNumId w:val="8"/>
  </w:num>
  <w:num w:numId="2" w16cid:durableId="1923103755">
    <w:abstractNumId w:val="6"/>
  </w:num>
  <w:num w:numId="3" w16cid:durableId="1035694181">
    <w:abstractNumId w:val="5"/>
  </w:num>
  <w:num w:numId="4" w16cid:durableId="1488591993">
    <w:abstractNumId w:val="4"/>
  </w:num>
  <w:num w:numId="5" w16cid:durableId="79302040">
    <w:abstractNumId w:val="7"/>
  </w:num>
  <w:num w:numId="6" w16cid:durableId="1323579850">
    <w:abstractNumId w:val="3"/>
  </w:num>
  <w:num w:numId="7" w16cid:durableId="600796132">
    <w:abstractNumId w:val="2"/>
  </w:num>
  <w:num w:numId="8" w16cid:durableId="325594801">
    <w:abstractNumId w:val="1"/>
  </w:num>
  <w:num w:numId="9" w16cid:durableId="209184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9EF"/>
    <w:rsid w:val="000B6655"/>
    <w:rsid w:val="0015074B"/>
    <w:rsid w:val="002159CA"/>
    <w:rsid w:val="002568A5"/>
    <w:rsid w:val="0029639D"/>
    <w:rsid w:val="00303FBF"/>
    <w:rsid w:val="00326F90"/>
    <w:rsid w:val="00335BDF"/>
    <w:rsid w:val="0047609F"/>
    <w:rsid w:val="005B082F"/>
    <w:rsid w:val="00695CB0"/>
    <w:rsid w:val="0075435B"/>
    <w:rsid w:val="00902A72"/>
    <w:rsid w:val="00AA1D8D"/>
    <w:rsid w:val="00AC01C8"/>
    <w:rsid w:val="00AD08A3"/>
    <w:rsid w:val="00B47730"/>
    <w:rsid w:val="00C10275"/>
    <w:rsid w:val="00CB0664"/>
    <w:rsid w:val="00E879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C4923"/>
  <w14:defaultImageDpi w14:val="300"/>
  <w15:docId w15:val="{485F7886-05B1-4320-8975-B92D9E0E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1054</Words>
  <Characters>6012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Зуевская Валентина</cp:lastModifiedBy>
  <cp:revision>2</cp:revision>
  <dcterms:created xsi:type="dcterms:W3CDTF">2026-09-08T11:23:00Z</dcterms:created>
  <dcterms:modified xsi:type="dcterms:W3CDTF">2026-09-08T11:23:00Z</dcterms:modified>
  <cp:category/>
</cp:coreProperties>
</file>